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EAA68" w14:textId="77777777" w:rsidR="0043766B" w:rsidRDefault="00000000">
      <w:pPr>
        <w:spacing w:after="120"/>
        <w:jc w:val="center"/>
      </w:pPr>
      <w:r>
        <w:rPr>
          <w:b/>
          <w:sz w:val="28"/>
        </w:rPr>
        <w:t>[JUDUL ARTIKEL: SINGKAT, SPESIFIK, DAN INFORMATIF]</w:t>
      </w:r>
    </w:p>
    <w:p w14:paraId="1DFC5823" w14:textId="77777777" w:rsidR="0043766B" w:rsidRPr="00744B34" w:rsidRDefault="00000000">
      <w:pPr>
        <w:spacing w:after="40"/>
        <w:jc w:val="center"/>
        <w:rPr>
          <w:lang w:val="fi-FI"/>
        </w:rPr>
      </w:pPr>
      <w:r w:rsidRPr="00744B34">
        <w:rPr>
          <w:b/>
          <w:sz w:val="22"/>
          <w:lang w:val="fi-FI"/>
        </w:rPr>
        <w:t>Nama Penulis Pertama¹, Nama Penulis Kedua², Nama Penulis Ketiga³</w:t>
      </w:r>
    </w:p>
    <w:p w14:paraId="74CDF008" w14:textId="77777777" w:rsidR="0043766B" w:rsidRDefault="00000000">
      <w:pPr>
        <w:jc w:val="center"/>
      </w:pPr>
      <w:r>
        <w:rPr>
          <w:sz w:val="19"/>
        </w:rPr>
        <w:t>¹Program Studi/Departemen, Institusi, Kota, Negara</w:t>
      </w:r>
    </w:p>
    <w:p w14:paraId="1B7E6163" w14:textId="77777777" w:rsidR="0043766B" w:rsidRDefault="00000000">
      <w:pPr>
        <w:jc w:val="center"/>
      </w:pPr>
      <w:r>
        <w:rPr>
          <w:sz w:val="19"/>
        </w:rPr>
        <w:t>²Program Studi/Departemen, Institusi, Kota, Negara</w:t>
      </w:r>
    </w:p>
    <w:p w14:paraId="5A6ADDD1" w14:textId="77777777" w:rsidR="0043766B" w:rsidRDefault="00000000">
      <w:pPr>
        <w:jc w:val="center"/>
      </w:pPr>
      <w:r>
        <w:rPr>
          <w:sz w:val="19"/>
        </w:rPr>
        <w:t>³Program Studi/Departemen, Institusi, Kota, Negara</w:t>
      </w:r>
    </w:p>
    <w:p w14:paraId="50CC865F" w14:textId="77777777" w:rsidR="0043766B" w:rsidRDefault="00000000">
      <w:pPr>
        <w:spacing w:before="60" w:after="160"/>
        <w:jc w:val="center"/>
      </w:pPr>
      <w:r>
        <w:rPr>
          <w:i/>
          <w:sz w:val="19"/>
        </w:rPr>
        <w:t>Email korespondensi: corresponding.author@email.com</w:t>
      </w:r>
    </w:p>
    <w:tbl>
      <w:tblPr>
        <w:tblW w:w="0" w:type="auto"/>
        <w:jc w:val="center"/>
        <w:tblLook w:val="04A0" w:firstRow="1" w:lastRow="0" w:firstColumn="1" w:lastColumn="0" w:noHBand="0" w:noVBand="1"/>
      </w:tblPr>
      <w:tblGrid>
        <w:gridCol w:w="9406"/>
      </w:tblGrid>
      <w:tr w:rsidR="0043766B" w14:paraId="65702311" w14:textId="77777777">
        <w:trPr>
          <w:jc w:val="center"/>
        </w:trPr>
        <w:tc>
          <w:tcPr>
            <w:tcW w:w="9406" w:type="dxa"/>
            <w:tcBorders>
              <w:top w:val="single" w:sz="4" w:space="0" w:color="B7B7B7"/>
              <w:left w:val="single" w:sz="4" w:space="0" w:color="B7B7B7"/>
              <w:bottom w:val="single" w:sz="4" w:space="0" w:color="B7B7B7"/>
              <w:right w:val="single" w:sz="4" w:space="0" w:color="B7B7B7"/>
            </w:tcBorders>
            <w:shd w:val="clear" w:color="auto" w:fill="F2F2F2"/>
          </w:tcPr>
          <w:p w14:paraId="514BD67C" w14:textId="77777777" w:rsidR="0043766B" w:rsidRDefault="00000000">
            <w:pPr>
              <w:jc w:val="both"/>
            </w:pPr>
            <w:r>
              <w:rPr>
                <w:i/>
                <w:sz w:val="18"/>
              </w:rPr>
              <w:t>Hapus seluruh teks petunjuk berwarna abu-abu/bercetak miring setelah naskah selesai. Jangan mengubah ukuran kertas, margin, format satu kolom, gaya judul, format tabel/gambar, atau gaya referensi yang telah dipilih.</w:t>
            </w:r>
          </w:p>
        </w:tc>
      </w:tr>
    </w:tbl>
    <w:p w14:paraId="19FE4315" w14:textId="77777777" w:rsidR="0043766B" w:rsidRDefault="0043766B"/>
    <w:p w14:paraId="4A60326D" w14:textId="77777777" w:rsidR="0043766B" w:rsidRDefault="00000000">
      <w:pPr>
        <w:spacing w:before="80" w:after="40"/>
      </w:pPr>
      <w:r>
        <w:rPr>
          <w:b/>
          <w:sz w:val="22"/>
        </w:rPr>
        <w:t>ABSTRAK</w:t>
      </w:r>
    </w:p>
    <w:p w14:paraId="677B6978" w14:textId="77777777" w:rsidR="0043766B" w:rsidRPr="00744B34" w:rsidRDefault="00000000">
      <w:pPr>
        <w:jc w:val="both"/>
        <w:rPr>
          <w:lang w:val="fi-FI"/>
        </w:rPr>
      </w:pPr>
      <w:r>
        <w:rPr>
          <w:i/>
          <w:sz w:val="20"/>
        </w:rPr>
        <w:t xml:space="preserve">Tuliskan abstrak dalam satu paragraf yang menjelaskan secara ringkas latar belakang/permasalahan, tujuan kegiatan atau penelitian, metode pelaksanaan, hasil utama, dan kesimpulan. </w:t>
      </w:r>
      <w:r w:rsidRPr="00744B34">
        <w:rPr>
          <w:i/>
          <w:sz w:val="20"/>
          <w:lang w:val="fi-FI"/>
        </w:rPr>
        <w:t>Abstrak disarankan 150–250 kata dan tidak memuat sitasi, tabel, gambar, atau persamaan.</w:t>
      </w:r>
    </w:p>
    <w:p w14:paraId="048A13B0" w14:textId="77777777" w:rsidR="0043766B" w:rsidRPr="00744B34" w:rsidRDefault="00000000">
      <w:pPr>
        <w:spacing w:before="80" w:after="120"/>
        <w:rPr>
          <w:lang w:val="fi-FI"/>
        </w:rPr>
      </w:pPr>
      <w:r w:rsidRPr="00744B34">
        <w:rPr>
          <w:b/>
          <w:sz w:val="20"/>
          <w:lang w:val="fi-FI"/>
        </w:rPr>
        <w:t xml:space="preserve">Kata kunci: </w:t>
      </w:r>
      <w:r w:rsidRPr="00744B34">
        <w:rPr>
          <w:i/>
          <w:sz w:val="20"/>
          <w:lang w:val="fi-FI"/>
        </w:rPr>
        <w:t>kata kunci 1; kata kunci 2; kata kunci 3; kata kunci 4; kata kunci 5</w:t>
      </w:r>
    </w:p>
    <w:p w14:paraId="4021FA6A" w14:textId="77777777" w:rsidR="0043766B" w:rsidRDefault="00000000">
      <w:pPr>
        <w:pBdr>
          <w:bottom w:val="single" w:sz="6" w:space="1" w:color="auto"/>
        </w:pBdr>
        <w:spacing w:after="160"/>
        <w:jc w:val="both"/>
        <w:rPr>
          <w:i/>
          <w:sz w:val="17"/>
        </w:rPr>
      </w:pPr>
      <w:r>
        <w:rPr>
          <w:i/>
          <w:sz w:val="17"/>
        </w:rPr>
        <w:t>© Penulis. Artikel ini dilisensikan di bawah Creative Commons Attribution 4.0 International License (CC BY 4.0), yang mengizinkan penggunaan, distribusi, adaptasi, dan reproduksi dalam media apa pun dengan memberikan atribusi yang sesuai kepada penulis dan sumber asli.</w:t>
      </w:r>
    </w:p>
    <w:p w14:paraId="7290862D" w14:textId="77777777" w:rsidR="0043766B" w:rsidRPr="00744B34" w:rsidRDefault="00000000">
      <w:pPr>
        <w:pStyle w:val="PCDHeading1"/>
        <w:rPr>
          <w:lang w:val="fi-FI"/>
        </w:rPr>
      </w:pPr>
      <w:r w:rsidRPr="00744B34">
        <w:rPr>
          <w:lang w:val="fi-FI"/>
        </w:rPr>
        <w:t>1. PENDAHULUAN</w:t>
      </w:r>
    </w:p>
    <w:p w14:paraId="2D786C1A" w14:textId="77777777" w:rsidR="0043766B" w:rsidRPr="00744B34" w:rsidRDefault="00000000">
      <w:pPr>
        <w:spacing w:after="100"/>
        <w:ind w:firstLine="425"/>
        <w:jc w:val="both"/>
        <w:rPr>
          <w:lang w:val="fi-FI"/>
        </w:rPr>
      </w:pPr>
      <w:r w:rsidRPr="00744B34">
        <w:rPr>
          <w:i/>
          <w:lang w:val="fi-FI"/>
        </w:rPr>
        <w:t>Jelaskan latar belakang, permasalahan atau kebutuhan mitra/masyarakat, kondisi awal, kajian singkat yang relevan, tujuan kegiatan, dan kontribusi utama. Sitasi sumber ilmiah dapat menggunakan gaya IEEE atau APA secara konsisten.</w:t>
      </w:r>
    </w:p>
    <w:p w14:paraId="7FD7EFBE" w14:textId="77777777" w:rsidR="0043766B" w:rsidRPr="00744B34" w:rsidRDefault="00000000">
      <w:pPr>
        <w:pStyle w:val="PCDHeading1"/>
        <w:rPr>
          <w:lang w:val="fi-FI"/>
        </w:rPr>
      </w:pPr>
      <w:r w:rsidRPr="00744B34">
        <w:rPr>
          <w:lang w:val="fi-FI"/>
        </w:rPr>
        <w:t>2. METODE PELAKSANAAN</w:t>
      </w:r>
    </w:p>
    <w:p w14:paraId="1A15451C" w14:textId="77777777" w:rsidR="0043766B" w:rsidRPr="00744B34" w:rsidRDefault="00000000">
      <w:pPr>
        <w:spacing w:after="100"/>
        <w:ind w:firstLine="425"/>
        <w:jc w:val="both"/>
        <w:rPr>
          <w:lang w:val="fi-FI"/>
        </w:rPr>
      </w:pPr>
      <w:r w:rsidRPr="00744B34">
        <w:rPr>
          <w:i/>
          <w:lang w:val="fi-FI"/>
        </w:rPr>
        <w:t>Jelaskan lokasi dan/atau mitra kegiatan, peserta atau sasaran, tahapan pelaksanaan, metode intervensi/pendampingan/pelatihan, instrumen atau teknologi yang digunakan, teknik pengumpulan data, serta metode evaluasi keberhasilan kegiatan.</w:t>
      </w:r>
    </w:p>
    <w:p w14:paraId="3D090B07" w14:textId="77777777" w:rsidR="0043766B" w:rsidRPr="00744B34" w:rsidRDefault="00000000">
      <w:pPr>
        <w:pStyle w:val="PCDHeading1"/>
        <w:rPr>
          <w:lang w:val="fi-FI"/>
        </w:rPr>
      </w:pPr>
      <w:r w:rsidRPr="00744B34">
        <w:rPr>
          <w:lang w:val="fi-FI"/>
        </w:rPr>
        <w:t>3. HASIL DAN PEMBAHASAN</w:t>
      </w:r>
    </w:p>
    <w:p w14:paraId="1EF8ECCD" w14:textId="77777777" w:rsidR="0043766B" w:rsidRDefault="00000000">
      <w:pPr>
        <w:spacing w:after="100"/>
        <w:ind w:firstLine="425"/>
        <w:jc w:val="both"/>
      </w:pPr>
      <w:r w:rsidRPr="00744B34">
        <w:rPr>
          <w:i/>
          <w:lang w:val="fi-FI"/>
        </w:rPr>
        <w:t xml:space="preserve">Sajikan hasil kegiatan secara objektif dan terukur. Jelaskan perubahan, keluaran, capaian, dampak awal, atau evaluasi terhadap sasaran. </w:t>
      </w:r>
      <w:r>
        <w:rPr>
          <w:i/>
        </w:rPr>
        <w:t>Hubungkan hasil dengan tujuan kegiatan dan, bila relevan, dengan literatur atau kegiatan sejenis.</w:t>
      </w:r>
    </w:p>
    <w:p w14:paraId="4EA14578" w14:textId="77777777" w:rsidR="0043766B" w:rsidRDefault="00000000">
      <w:pPr>
        <w:pStyle w:val="PCDCaption"/>
        <w:jc w:val="center"/>
      </w:pPr>
      <w:r>
        <w:rPr>
          <w:b/>
        </w:rPr>
        <w:t>Tabel 1. Contoh format tabel</w:t>
      </w:r>
    </w:p>
    <w:tbl>
      <w:tblPr>
        <w:tblW w:w="0" w:type="auto"/>
        <w:jc w:val="center"/>
        <w:tblLook w:val="04A0" w:firstRow="1" w:lastRow="0" w:firstColumn="1" w:lastColumn="0" w:noHBand="0" w:noVBand="1"/>
      </w:tblPr>
      <w:tblGrid>
        <w:gridCol w:w="2351"/>
        <w:gridCol w:w="2351"/>
        <w:gridCol w:w="2351"/>
        <w:gridCol w:w="2351"/>
      </w:tblGrid>
      <w:tr w:rsidR="0043766B" w14:paraId="49715E1B" w14:textId="77777777">
        <w:trPr>
          <w:tblHeader/>
          <w:jc w:val="center"/>
        </w:trPr>
        <w:tc>
          <w:tcPr>
            <w:tcW w:w="2351" w:type="dxa"/>
            <w:tcBorders>
              <w:top w:val="single" w:sz="8" w:space="0" w:color="000000"/>
              <w:bottom w:val="single" w:sz="8" w:space="0" w:color="000000"/>
            </w:tcBorders>
            <w:shd w:val="clear" w:color="auto" w:fill="E7E6E6"/>
            <w:vAlign w:val="center"/>
          </w:tcPr>
          <w:p w14:paraId="1BF2F3FF" w14:textId="77777777" w:rsidR="0043766B" w:rsidRDefault="00000000">
            <w:r>
              <w:rPr>
                <w:b/>
                <w:sz w:val="18"/>
              </w:rPr>
              <w:t>Indikator</w:t>
            </w:r>
          </w:p>
        </w:tc>
        <w:tc>
          <w:tcPr>
            <w:tcW w:w="2351" w:type="dxa"/>
            <w:tcBorders>
              <w:top w:val="single" w:sz="8" w:space="0" w:color="000000"/>
              <w:bottom w:val="single" w:sz="8" w:space="0" w:color="000000"/>
            </w:tcBorders>
            <w:shd w:val="clear" w:color="auto" w:fill="E7E6E6"/>
            <w:vAlign w:val="center"/>
          </w:tcPr>
          <w:p w14:paraId="52874A96" w14:textId="77777777" w:rsidR="0043766B" w:rsidRDefault="00000000">
            <w:r>
              <w:rPr>
                <w:b/>
                <w:sz w:val="18"/>
              </w:rPr>
              <w:t>Kondisi Awal</w:t>
            </w:r>
          </w:p>
        </w:tc>
        <w:tc>
          <w:tcPr>
            <w:tcW w:w="2351" w:type="dxa"/>
            <w:tcBorders>
              <w:top w:val="single" w:sz="8" w:space="0" w:color="000000"/>
              <w:bottom w:val="single" w:sz="8" w:space="0" w:color="000000"/>
            </w:tcBorders>
            <w:shd w:val="clear" w:color="auto" w:fill="E7E6E6"/>
            <w:vAlign w:val="center"/>
          </w:tcPr>
          <w:p w14:paraId="2B454B3D" w14:textId="77777777" w:rsidR="0043766B" w:rsidRDefault="00000000">
            <w:r>
              <w:rPr>
                <w:b/>
                <w:sz w:val="18"/>
              </w:rPr>
              <w:t>Kondisi Akhir</w:t>
            </w:r>
          </w:p>
        </w:tc>
        <w:tc>
          <w:tcPr>
            <w:tcW w:w="2351" w:type="dxa"/>
            <w:tcBorders>
              <w:top w:val="single" w:sz="8" w:space="0" w:color="000000"/>
              <w:bottom w:val="single" w:sz="8" w:space="0" w:color="000000"/>
            </w:tcBorders>
            <w:shd w:val="clear" w:color="auto" w:fill="E7E6E6"/>
            <w:vAlign w:val="center"/>
          </w:tcPr>
          <w:p w14:paraId="1C642879" w14:textId="77777777" w:rsidR="0043766B" w:rsidRDefault="00000000">
            <w:r>
              <w:rPr>
                <w:b/>
                <w:sz w:val="18"/>
              </w:rPr>
              <w:t>Perubahan</w:t>
            </w:r>
          </w:p>
        </w:tc>
      </w:tr>
      <w:tr w:rsidR="0043766B" w14:paraId="57FA32CB" w14:textId="77777777">
        <w:trPr>
          <w:jc w:val="center"/>
        </w:trPr>
        <w:tc>
          <w:tcPr>
            <w:tcW w:w="2351" w:type="dxa"/>
            <w:vAlign w:val="center"/>
          </w:tcPr>
          <w:p w14:paraId="1D341BD6" w14:textId="77777777" w:rsidR="0043766B" w:rsidRDefault="00000000">
            <w:r>
              <w:rPr>
                <w:sz w:val="18"/>
              </w:rPr>
              <w:t>Literasi digital</w:t>
            </w:r>
          </w:p>
        </w:tc>
        <w:tc>
          <w:tcPr>
            <w:tcW w:w="2351" w:type="dxa"/>
            <w:vAlign w:val="center"/>
          </w:tcPr>
          <w:p w14:paraId="731C950A" w14:textId="77777777" w:rsidR="0043766B" w:rsidRDefault="00000000">
            <w:r>
              <w:rPr>
                <w:sz w:val="18"/>
              </w:rPr>
              <w:t>55%</w:t>
            </w:r>
          </w:p>
        </w:tc>
        <w:tc>
          <w:tcPr>
            <w:tcW w:w="2351" w:type="dxa"/>
            <w:vAlign w:val="center"/>
          </w:tcPr>
          <w:p w14:paraId="2A8E9898" w14:textId="77777777" w:rsidR="0043766B" w:rsidRDefault="00000000">
            <w:r>
              <w:rPr>
                <w:sz w:val="18"/>
              </w:rPr>
              <w:t>82%</w:t>
            </w:r>
          </w:p>
        </w:tc>
        <w:tc>
          <w:tcPr>
            <w:tcW w:w="2351" w:type="dxa"/>
            <w:vAlign w:val="center"/>
          </w:tcPr>
          <w:p w14:paraId="3B80D1B7" w14:textId="77777777" w:rsidR="0043766B" w:rsidRDefault="00000000">
            <w:r>
              <w:rPr>
                <w:sz w:val="18"/>
              </w:rPr>
              <w:t>+27%</w:t>
            </w:r>
          </w:p>
        </w:tc>
      </w:tr>
      <w:tr w:rsidR="0043766B" w14:paraId="469DE713" w14:textId="77777777">
        <w:trPr>
          <w:jc w:val="center"/>
        </w:trPr>
        <w:tc>
          <w:tcPr>
            <w:tcW w:w="2351" w:type="dxa"/>
            <w:vAlign w:val="center"/>
          </w:tcPr>
          <w:p w14:paraId="347B835E" w14:textId="77777777" w:rsidR="0043766B" w:rsidRDefault="00000000">
            <w:r>
              <w:rPr>
                <w:sz w:val="18"/>
              </w:rPr>
              <w:t>Partisipasi</w:t>
            </w:r>
          </w:p>
        </w:tc>
        <w:tc>
          <w:tcPr>
            <w:tcW w:w="2351" w:type="dxa"/>
            <w:vAlign w:val="center"/>
          </w:tcPr>
          <w:p w14:paraId="016B7D07" w14:textId="77777777" w:rsidR="0043766B" w:rsidRDefault="00000000">
            <w:r>
              <w:rPr>
                <w:sz w:val="18"/>
              </w:rPr>
              <w:t>60%</w:t>
            </w:r>
          </w:p>
        </w:tc>
        <w:tc>
          <w:tcPr>
            <w:tcW w:w="2351" w:type="dxa"/>
            <w:vAlign w:val="center"/>
          </w:tcPr>
          <w:p w14:paraId="13A81AC9" w14:textId="77777777" w:rsidR="0043766B" w:rsidRDefault="00000000">
            <w:r>
              <w:rPr>
                <w:sz w:val="18"/>
              </w:rPr>
              <w:t>88%</w:t>
            </w:r>
          </w:p>
        </w:tc>
        <w:tc>
          <w:tcPr>
            <w:tcW w:w="2351" w:type="dxa"/>
            <w:vAlign w:val="center"/>
          </w:tcPr>
          <w:p w14:paraId="33184F10" w14:textId="77777777" w:rsidR="0043766B" w:rsidRDefault="00000000">
            <w:r>
              <w:rPr>
                <w:sz w:val="18"/>
              </w:rPr>
              <w:t>+28%</w:t>
            </w:r>
          </w:p>
        </w:tc>
      </w:tr>
      <w:tr w:rsidR="0043766B" w14:paraId="1CECB477" w14:textId="77777777">
        <w:trPr>
          <w:jc w:val="center"/>
        </w:trPr>
        <w:tc>
          <w:tcPr>
            <w:tcW w:w="2351" w:type="dxa"/>
            <w:tcBorders>
              <w:bottom w:val="single" w:sz="8" w:space="0" w:color="000000"/>
            </w:tcBorders>
            <w:vAlign w:val="center"/>
          </w:tcPr>
          <w:p w14:paraId="32B6A652" w14:textId="77777777" w:rsidR="0043766B" w:rsidRDefault="00000000">
            <w:r>
              <w:rPr>
                <w:sz w:val="18"/>
              </w:rPr>
              <w:t>Kepuasan</w:t>
            </w:r>
          </w:p>
        </w:tc>
        <w:tc>
          <w:tcPr>
            <w:tcW w:w="2351" w:type="dxa"/>
            <w:tcBorders>
              <w:bottom w:val="single" w:sz="8" w:space="0" w:color="000000"/>
            </w:tcBorders>
            <w:vAlign w:val="center"/>
          </w:tcPr>
          <w:p w14:paraId="241774DA" w14:textId="77777777" w:rsidR="0043766B" w:rsidRDefault="00000000">
            <w:r>
              <w:rPr>
                <w:sz w:val="18"/>
              </w:rPr>
              <w:t>-</w:t>
            </w:r>
          </w:p>
        </w:tc>
        <w:tc>
          <w:tcPr>
            <w:tcW w:w="2351" w:type="dxa"/>
            <w:tcBorders>
              <w:bottom w:val="single" w:sz="8" w:space="0" w:color="000000"/>
            </w:tcBorders>
            <w:vAlign w:val="center"/>
          </w:tcPr>
          <w:p w14:paraId="32EA999A" w14:textId="77777777" w:rsidR="0043766B" w:rsidRDefault="00000000">
            <w:r>
              <w:rPr>
                <w:sz w:val="18"/>
              </w:rPr>
              <w:t>91%</w:t>
            </w:r>
          </w:p>
        </w:tc>
        <w:tc>
          <w:tcPr>
            <w:tcW w:w="2351" w:type="dxa"/>
            <w:tcBorders>
              <w:bottom w:val="single" w:sz="8" w:space="0" w:color="000000"/>
            </w:tcBorders>
            <w:vAlign w:val="center"/>
          </w:tcPr>
          <w:p w14:paraId="6D136A94" w14:textId="77777777" w:rsidR="0043766B" w:rsidRDefault="00000000">
            <w:r>
              <w:rPr>
                <w:sz w:val="18"/>
              </w:rPr>
              <w:t>-</w:t>
            </w:r>
          </w:p>
        </w:tc>
      </w:tr>
    </w:tbl>
    <w:p w14:paraId="3FD40715" w14:textId="77777777" w:rsidR="0043766B" w:rsidRDefault="00000000">
      <w:pPr>
        <w:pStyle w:val="PCDNote"/>
        <w:jc w:val="both"/>
      </w:pPr>
      <w:r>
        <w:rPr>
          <w:i/>
          <w:sz w:val="17"/>
        </w:rPr>
        <w:t>Catatan tabel: judul tabel ditempatkan di atas tabel; gunakan nomor berurutan; hindari garis vertikal yang tidak diperlukan; setiap tabel harus dirujuk di dalam teks; sumber data dicantumkan bila tabel diadaptasi atau direproduksi.</w:t>
      </w:r>
    </w:p>
    <w:tbl>
      <w:tblPr>
        <w:tblW w:w="0" w:type="auto"/>
        <w:jc w:val="center"/>
        <w:tblLook w:val="04A0" w:firstRow="1" w:lastRow="0" w:firstColumn="1" w:lastColumn="0" w:noHBand="0" w:noVBand="1"/>
      </w:tblPr>
      <w:tblGrid>
        <w:gridCol w:w="7370"/>
      </w:tblGrid>
      <w:tr w:rsidR="0043766B" w14:paraId="2DD7A181" w14:textId="77777777">
        <w:trPr>
          <w:jc w:val="center"/>
        </w:trPr>
        <w:tc>
          <w:tcPr>
            <w:tcW w:w="7370" w:type="dxa"/>
            <w:tcBorders>
              <w:top w:val="single" w:sz="4" w:space="0" w:color="A6A6A6"/>
              <w:left w:val="single" w:sz="4" w:space="0" w:color="A6A6A6"/>
              <w:bottom w:val="single" w:sz="4" w:space="0" w:color="A6A6A6"/>
              <w:right w:val="single" w:sz="4" w:space="0" w:color="A6A6A6"/>
            </w:tcBorders>
            <w:shd w:val="clear" w:color="auto" w:fill="F7F7F7"/>
          </w:tcPr>
          <w:p w14:paraId="44207FE7" w14:textId="77777777" w:rsidR="0043766B" w:rsidRDefault="00000000">
            <w:pPr>
              <w:jc w:val="center"/>
            </w:pPr>
            <w:r>
              <w:rPr>
                <w:i/>
                <w:sz w:val="20"/>
              </w:rPr>
              <w:br/>
              <w:t>[MASUKKAN GAMBAR/DIAGRAM BERESOLUSI TINGGI DI SINI]</w:t>
            </w:r>
            <w:r>
              <w:rPr>
                <w:i/>
                <w:sz w:val="20"/>
              </w:rPr>
              <w:br/>
            </w:r>
          </w:p>
        </w:tc>
      </w:tr>
    </w:tbl>
    <w:p w14:paraId="445B8A82" w14:textId="77777777" w:rsidR="0043766B" w:rsidRDefault="00000000">
      <w:pPr>
        <w:pStyle w:val="PCDCaption"/>
        <w:jc w:val="center"/>
      </w:pPr>
      <w:r>
        <w:rPr>
          <w:b/>
        </w:rPr>
        <w:t>Gambar 1. Contoh format keterangan gambar</w:t>
      </w:r>
    </w:p>
    <w:p w14:paraId="06DD835C" w14:textId="77777777" w:rsidR="0043766B" w:rsidRDefault="00000000">
      <w:pPr>
        <w:pStyle w:val="PCDNote"/>
        <w:jc w:val="both"/>
      </w:pPr>
      <w:r>
        <w:rPr>
          <w:i/>
          <w:sz w:val="17"/>
        </w:rPr>
        <w:t>Catatan gambar: keterangan gambar ditempatkan di bawah gambar; gambar harus jelas dan terbaca pada ukuran cetak; gunakan nomor berurutan; setiap gambar wajib dirujuk di dalam teks; sertakan sumber dan izin penggunaan bila diperlukan.</w:t>
      </w:r>
    </w:p>
    <w:p w14:paraId="7B0503A3" w14:textId="77777777" w:rsidR="0043766B" w:rsidRPr="00744B34" w:rsidRDefault="00000000">
      <w:pPr>
        <w:pStyle w:val="PCDHeading1"/>
        <w:rPr>
          <w:lang w:val="fi-FI"/>
        </w:rPr>
      </w:pPr>
      <w:r w:rsidRPr="00744B34">
        <w:rPr>
          <w:lang w:val="fi-FI"/>
        </w:rPr>
        <w:t>4. KESIMPULAN</w:t>
      </w:r>
    </w:p>
    <w:p w14:paraId="0A696C4B" w14:textId="77777777" w:rsidR="0043766B" w:rsidRPr="00744B34" w:rsidRDefault="00000000">
      <w:pPr>
        <w:spacing w:after="100"/>
        <w:ind w:firstLine="425"/>
        <w:jc w:val="both"/>
        <w:rPr>
          <w:lang w:val="fi-FI"/>
        </w:rPr>
      </w:pPr>
      <w:r w:rsidRPr="00744B34">
        <w:rPr>
          <w:i/>
          <w:lang w:val="fi-FI"/>
        </w:rPr>
        <w:t>Tuliskan kesimpulan yang menjawab tujuan kegiatan secara langsung. Jelaskan implikasi praktis, keterbatasan, serta rekomendasi untuk keberlanjutan atau pengembangan kegiatan berikutnya.</w:t>
      </w:r>
    </w:p>
    <w:p w14:paraId="096C3844" w14:textId="77777777" w:rsidR="0043766B" w:rsidRPr="00744B34" w:rsidRDefault="00000000">
      <w:pPr>
        <w:pStyle w:val="PCDHeading1"/>
        <w:rPr>
          <w:lang w:val="fi-FI"/>
        </w:rPr>
      </w:pPr>
      <w:r w:rsidRPr="00744B34">
        <w:rPr>
          <w:lang w:val="fi-FI"/>
        </w:rPr>
        <w:t>UCAPAN TERIMA KASIH</w:t>
      </w:r>
    </w:p>
    <w:p w14:paraId="17B732F7" w14:textId="77777777" w:rsidR="0043766B" w:rsidRPr="00744B34" w:rsidRDefault="00000000">
      <w:pPr>
        <w:spacing w:after="100"/>
        <w:ind w:firstLine="425"/>
        <w:jc w:val="both"/>
        <w:rPr>
          <w:lang w:val="fi-FI"/>
        </w:rPr>
      </w:pPr>
      <w:r w:rsidRPr="00744B34">
        <w:rPr>
          <w:i/>
          <w:lang w:val="fi-FI"/>
        </w:rPr>
        <w:lastRenderedPageBreak/>
        <w:t>Tuliskan dukungan pendanaan, institusi, mitra, komunitas, atau pihak lain yang berkontribusi apabila ada.</w:t>
      </w:r>
    </w:p>
    <w:p w14:paraId="6A2AF24A" w14:textId="77777777" w:rsidR="0043766B" w:rsidRDefault="00000000">
      <w:pPr>
        <w:pStyle w:val="PCDHeading1"/>
      </w:pPr>
      <w:r>
        <w:t>REFERENSI</w:t>
      </w:r>
    </w:p>
    <w:p w14:paraId="0C9DE271" w14:textId="77777777" w:rsidR="0043766B" w:rsidRDefault="00000000">
      <w:pPr>
        <w:spacing w:after="100"/>
        <w:ind w:firstLine="425"/>
        <w:jc w:val="both"/>
      </w:pPr>
      <w:r>
        <w:rPr>
          <w:i/>
        </w:rPr>
        <w:t>Daftar referensi harus konsisten dengan gaya sitasi yang dipilih (IEEE atau APA). Semua sumber yang dikutip di dalam teks harus tercantum pada daftar referensi dan sebaliknya. Gunakan sumber primer dan mutakhir apabila tersedia.</w:t>
      </w:r>
    </w:p>
    <w:p w14:paraId="2004CF90" w14:textId="77777777" w:rsidR="0043766B" w:rsidRDefault="00000000">
      <w:pPr>
        <w:pStyle w:val="PCDHeading2"/>
      </w:pPr>
      <w:r>
        <w:rPr>
          <w:sz w:val="21"/>
        </w:rPr>
        <w:t>Contoh IEEE</w:t>
      </w:r>
    </w:p>
    <w:p w14:paraId="739B77DD" w14:textId="77777777" w:rsidR="0043766B" w:rsidRDefault="00000000">
      <w:pPr>
        <w:ind w:left="283" w:hanging="283"/>
      </w:pPr>
      <w:r>
        <w:rPr>
          <w:sz w:val="18"/>
        </w:rPr>
        <w:t>[1] A. A. Author dan B. B. Author, “Judul artikel,” Nama Jurnal, vol. 10, no. 2, pp. 100–110, 2026, doi: xx.xxxx/xxxxx.</w:t>
      </w:r>
    </w:p>
    <w:p w14:paraId="2E524E1A" w14:textId="77777777" w:rsidR="0043766B" w:rsidRDefault="00000000">
      <w:pPr>
        <w:pStyle w:val="PCDHeading2"/>
      </w:pPr>
      <w:r>
        <w:rPr>
          <w:sz w:val="21"/>
        </w:rPr>
        <w:t>Contoh APA 7th</w:t>
      </w:r>
    </w:p>
    <w:p w14:paraId="268AF5D1" w14:textId="77777777" w:rsidR="0043766B" w:rsidRDefault="00000000">
      <w:pPr>
        <w:ind w:left="425" w:hanging="425"/>
      </w:pPr>
      <w:r>
        <w:rPr>
          <w:sz w:val="18"/>
        </w:rPr>
        <w:t>Author, A. A., &amp; Author, B. B. (2026). Title of article. Journal Name, 10(2), 100–110. https://doi.org/xx.xxxx/xxxxx</w:t>
      </w:r>
    </w:p>
    <w:tbl>
      <w:tblPr>
        <w:tblW w:w="0" w:type="auto"/>
        <w:jc w:val="center"/>
        <w:tblLook w:val="04A0" w:firstRow="1" w:lastRow="0" w:firstColumn="1" w:lastColumn="0" w:noHBand="0" w:noVBand="1"/>
      </w:tblPr>
      <w:tblGrid>
        <w:gridCol w:w="9406"/>
      </w:tblGrid>
      <w:tr w:rsidR="0043766B" w14:paraId="2AB06E1D" w14:textId="77777777">
        <w:trPr>
          <w:jc w:val="center"/>
        </w:trPr>
        <w:tc>
          <w:tcPr>
            <w:tcW w:w="9406" w:type="dxa"/>
            <w:tcBorders>
              <w:top w:val="single" w:sz="4" w:space="0" w:color="B7B7B7"/>
              <w:left w:val="single" w:sz="4" w:space="0" w:color="B7B7B7"/>
              <w:bottom w:val="single" w:sz="4" w:space="0" w:color="B7B7B7"/>
              <w:right w:val="single" w:sz="4" w:space="0" w:color="B7B7B7"/>
            </w:tcBorders>
            <w:shd w:val="clear" w:color="auto" w:fill="F2F2F2"/>
          </w:tcPr>
          <w:p w14:paraId="3C051982" w14:textId="77777777" w:rsidR="0043766B" w:rsidRDefault="00000000">
            <w:pPr>
              <w:jc w:val="both"/>
            </w:pPr>
            <w:r>
              <w:rPr>
                <w:i/>
                <w:sz w:val="18"/>
              </w:rPr>
              <w:t>Manajemen referensi: Penulis sangat disarankan menggunakan Zotero atau Mendeley untuk mengelola sitasi dan daftar referensi. Jangan mencampur gaya IEEE dan APA dalam satu naskah. Pastikan metadata referensi (penulis, judul, tahun, nama jurnal/prosiding, volume, nomor, halaman, DOI/URL) lengkap dan akurat.</w:t>
            </w:r>
          </w:p>
        </w:tc>
      </w:tr>
    </w:tbl>
    <w:p w14:paraId="4D7D18DD" w14:textId="77777777" w:rsidR="0043766B" w:rsidRDefault="0043766B"/>
    <w:p w14:paraId="532FB751" w14:textId="77777777" w:rsidR="0043766B" w:rsidRDefault="00000000">
      <w:pPr>
        <w:pStyle w:val="PCDHeading1"/>
      </w:pPr>
      <w:r>
        <w:t>PETUNJUK FORMAT NASKAH</w:t>
      </w:r>
    </w:p>
    <w:p w14:paraId="689880E1" w14:textId="77777777" w:rsidR="0043766B" w:rsidRPr="00744B34" w:rsidRDefault="00000000">
      <w:pPr>
        <w:pStyle w:val="ListBullet"/>
        <w:ind w:left="340" w:hanging="170"/>
        <w:rPr>
          <w:lang w:val="fi-FI"/>
        </w:rPr>
      </w:pPr>
      <w:r w:rsidRPr="00744B34">
        <w:rPr>
          <w:sz w:val="19"/>
          <w:lang w:val="fi-FI"/>
        </w:rPr>
        <w:t>Ukuran kertas: A4; format satu kolom; margin kiri/kanan 2,5 cm dan atas/bawah 2,2 cm.</w:t>
      </w:r>
    </w:p>
    <w:p w14:paraId="3D952B81" w14:textId="77777777" w:rsidR="0043766B" w:rsidRDefault="00000000">
      <w:pPr>
        <w:pStyle w:val="ListBullet"/>
        <w:ind w:left="340" w:hanging="170"/>
      </w:pPr>
      <w:r>
        <w:rPr>
          <w:sz w:val="19"/>
        </w:rPr>
        <w:t>Font utama: Times New Roman. Judul 14 pt tebal; nama penulis 11 pt; afiliasi dan email 9,5 pt; isi naskah 10,5 pt.</w:t>
      </w:r>
    </w:p>
    <w:p w14:paraId="1EB2BFB1" w14:textId="77777777" w:rsidR="0043766B" w:rsidRPr="00744B34" w:rsidRDefault="00000000">
      <w:pPr>
        <w:pStyle w:val="ListBullet"/>
        <w:ind w:left="340" w:hanging="170"/>
        <w:rPr>
          <w:lang w:val="fi-FI"/>
        </w:rPr>
      </w:pPr>
      <w:r w:rsidRPr="00744B34">
        <w:rPr>
          <w:sz w:val="19"/>
          <w:lang w:val="fi-FI"/>
        </w:rPr>
        <w:t>Paragraf isi rata kiri-kanan (justify), spasi tunggal, dengan indentasi baris pertama sekitar 0,75 cm.</w:t>
      </w:r>
    </w:p>
    <w:p w14:paraId="4A70BC3F" w14:textId="77777777" w:rsidR="0043766B" w:rsidRPr="00744B34" w:rsidRDefault="00000000">
      <w:pPr>
        <w:pStyle w:val="ListBullet"/>
        <w:ind w:left="340" w:hanging="170"/>
        <w:rPr>
          <w:lang w:val="fi-FI"/>
        </w:rPr>
      </w:pPr>
      <w:r w:rsidRPr="00744B34">
        <w:rPr>
          <w:sz w:val="19"/>
          <w:lang w:val="fi-FI"/>
        </w:rPr>
        <w:t>Gunakan struktur artikel yang relevan dengan pengabdian masyarakat: Pendahuluan, Metode Pelaksanaan, Hasil dan Pembahasan, Kesimpulan, Ucapan Terima Kasih (opsional), dan Referensi.</w:t>
      </w:r>
    </w:p>
    <w:p w14:paraId="61F299A5" w14:textId="77777777" w:rsidR="0043766B" w:rsidRDefault="00000000">
      <w:pPr>
        <w:pStyle w:val="ListBullet"/>
        <w:ind w:left="340" w:hanging="170"/>
      </w:pPr>
      <w:r>
        <w:rPr>
          <w:sz w:val="19"/>
        </w:rPr>
        <w:t>Tabel dan gambar harus diberi nomor berurutan, judul/keterangan yang informatif, dan dirujuk di dalam teks.</w:t>
      </w:r>
    </w:p>
    <w:p w14:paraId="32FD4A33" w14:textId="77777777" w:rsidR="0043766B" w:rsidRPr="00744B34" w:rsidRDefault="00000000">
      <w:pPr>
        <w:pStyle w:val="ListBullet"/>
        <w:ind w:left="340" w:hanging="170"/>
        <w:rPr>
          <w:lang w:val="fi-FI"/>
        </w:rPr>
      </w:pPr>
      <w:r w:rsidRPr="00744B34">
        <w:rPr>
          <w:sz w:val="19"/>
          <w:lang w:val="fi-FI"/>
        </w:rPr>
        <w:t>Sitasi dapat menggunakan IEEE atau APA (edisi ke-7). Pilih satu gaya dan gunakan secara konsisten.</w:t>
      </w:r>
    </w:p>
    <w:p w14:paraId="3A1458A6" w14:textId="77777777" w:rsidR="0043766B" w:rsidRPr="00744B34" w:rsidRDefault="00000000">
      <w:pPr>
        <w:pStyle w:val="ListBullet"/>
        <w:ind w:left="340" w:hanging="170"/>
        <w:rPr>
          <w:lang w:val="fi-FI"/>
        </w:rPr>
      </w:pPr>
      <w:r w:rsidRPr="00744B34">
        <w:rPr>
          <w:sz w:val="19"/>
          <w:lang w:val="fi-FI"/>
        </w:rPr>
        <w:t>Penggunaan Zotero atau Mendeley sangat disarankan untuk mengurangi kesalahan sitasi dan memastikan konsistensi daftar referensi.</w:t>
      </w:r>
    </w:p>
    <w:p w14:paraId="3999B524" w14:textId="77777777" w:rsidR="0043766B" w:rsidRPr="00744B34" w:rsidRDefault="00000000">
      <w:pPr>
        <w:pStyle w:val="ListBullet"/>
        <w:ind w:left="340" w:hanging="170"/>
        <w:rPr>
          <w:lang w:val="fi-FI"/>
        </w:rPr>
      </w:pPr>
      <w:r w:rsidRPr="00744B34">
        <w:rPr>
          <w:sz w:val="19"/>
          <w:lang w:val="fi-FI"/>
        </w:rPr>
        <w:t>Naskah harus menggunakan bahasa akademik yang jelas, etis, dan bebas dari plagiarisme, fabrikasi, falsifikasi, serta manipulasi sitasi.</w:t>
      </w:r>
    </w:p>
    <w:sectPr w:rsidR="0043766B" w:rsidRPr="00744B34" w:rsidSect="00034616">
      <w:headerReference w:type="default" r:id="rId8"/>
      <w:footerReference w:type="default" r:id="rId9"/>
      <w:pgSz w:w="12240" w:h="15840"/>
      <w:pgMar w:top="1247" w:right="1417" w:bottom="1247" w:left="141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6D985" w14:textId="77777777" w:rsidR="00076F9F" w:rsidRDefault="00076F9F">
      <w:r>
        <w:separator/>
      </w:r>
    </w:p>
  </w:endnote>
  <w:endnote w:type="continuationSeparator" w:id="0">
    <w:p w14:paraId="0934CCCB" w14:textId="77777777" w:rsidR="00076F9F" w:rsidRDefault="0007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E4E3" w14:textId="77777777" w:rsidR="0043766B" w:rsidRDefault="00000000">
    <w:pPr>
      <w:pStyle w:val="Footer"/>
      <w:jc w:val="center"/>
    </w:pPr>
    <w:r>
      <w:rPr>
        <w:sz w:val="16"/>
      </w:rPr>
      <w:t>Template Artikel | CC BY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13550" w14:textId="77777777" w:rsidR="00076F9F" w:rsidRDefault="00076F9F">
      <w:r>
        <w:separator/>
      </w:r>
    </w:p>
  </w:footnote>
  <w:footnote w:type="continuationSeparator" w:id="0">
    <w:p w14:paraId="7E1E8A84" w14:textId="77777777" w:rsidR="00076F9F" w:rsidRDefault="00076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6342" w14:textId="77777777" w:rsidR="0043766B" w:rsidRDefault="00000000">
    <w:pPr>
      <w:pStyle w:val="Header"/>
      <w:jc w:val="right"/>
    </w:pPr>
    <w:r>
      <w:rPr>
        <w:i/>
        <w:sz w:val="16"/>
      </w:rPr>
      <w:t>Proceeding of Community Development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7034921">
    <w:abstractNumId w:val="8"/>
  </w:num>
  <w:num w:numId="2" w16cid:durableId="1438256839">
    <w:abstractNumId w:val="6"/>
  </w:num>
  <w:num w:numId="3" w16cid:durableId="1254702091">
    <w:abstractNumId w:val="5"/>
  </w:num>
  <w:num w:numId="4" w16cid:durableId="1726416690">
    <w:abstractNumId w:val="4"/>
  </w:num>
  <w:num w:numId="5" w16cid:durableId="649792176">
    <w:abstractNumId w:val="7"/>
  </w:num>
  <w:num w:numId="6" w16cid:durableId="227153883">
    <w:abstractNumId w:val="3"/>
  </w:num>
  <w:num w:numId="7" w16cid:durableId="1301183989">
    <w:abstractNumId w:val="2"/>
  </w:num>
  <w:num w:numId="8" w16cid:durableId="55399854">
    <w:abstractNumId w:val="1"/>
  </w:num>
  <w:num w:numId="9" w16cid:durableId="2137991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6F9F"/>
    <w:rsid w:val="0015074B"/>
    <w:rsid w:val="0029639D"/>
    <w:rsid w:val="00326F90"/>
    <w:rsid w:val="0043766B"/>
    <w:rsid w:val="006B4EE6"/>
    <w:rsid w:val="00744B34"/>
    <w:rsid w:val="00AA1D8D"/>
    <w:rsid w:val="00B47730"/>
    <w:rsid w:val="00B9571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34B0F0"/>
  <w14:defaultImageDpi w14:val="300"/>
  <w15:docId w15:val="{B7C9C0BD-8B46-47B4-8481-B853E35B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CDHeading1">
    <w:name w:val="PCD Heading 1"/>
    <w:pPr>
      <w:spacing w:before="120" w:after="60" w:line="240" w:lineRule="auto"/>
    </w:pPr>
    <w:rPr>
      <w:rFonts w:ascii="Times New Roman" w:eastAsia="Times New Roman" w:hAnsi="Times New Roman"/>
      <w:b/>
      <w:sz w:val="24"/>
    </w:rPr>
  </w:style>
  <w:style w:type="paragraph" w:customStyle="1" w:styleId="PCDHeading2">
    <w:name w:val="PCD Heading 2"/>
    <w:pPr>
      <w:spacing w:before="120" w:after="60" w:line="240" w:lineRule="auto"/>
    </w:pPr>
    <w:rPr>
      <w:rFonts w:ascii="Times New Roman" w:eastAsia="Times New Roman" w:hAnsi="Times New Roman"/>
      <w:b/>
    </w:rPr>
  </w:style>
  <w:style w:type="paragraph" w:customStyle="1" w:styleId="PCDCaption">
    <w:name w:val="PCD Caption"/>
    <w:pPr>
      <w:spacing w:before="120" w:after="60" w:line="240" w:lineRule="auto"/>
    </w:pPr>
    <w:rPr>
      <w:rFonts w:ascii="Times New Roman" w:eastAsia="Times New Roman" w:hAnsi="Times New Roman"/>
      <w:sz w:val="18"/>
    </w:rPr>
  </w:style>
  <w:style w:type="paragraph" w:customStyle="1" w:styleId="PCDNote">
    <w:name w:val="PCD Note"/>
    <w:pPr>
      <w:spacing w:before="120" w:after="60" w:line="240" w:lineRule="auto"/>
    </w:pPr>
    <w:rPr>
      <w:rFonts w:ascii="Times New Roman" w:eastAsia="Times New Roman" w:hAnsi="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Robbi Rahim</cp:lastModifiedBy>
  <cp:revision>3</cp:revision>
  <dcterms:created xsi:type="dcterms:W3CDTF">2013-12-23T23:15:00Z</dcterms:created>
  <dcterms:modified xsi:type="dcterms:W3CDTF">2026-09-04T04:15:00Z</dcterms:modified>
  <cp:category/>
</cp:coreProperties>
</file>